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D'OFFICE - RESTAURATION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Menton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Normes HACCP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Techniques culinaires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des stocks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d'outils de cuisine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Logiciels de gestion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Préparation des aliments selon recettes et consignes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Dressage et service des plats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Entretien des espaces de travail et équipements de cuisine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la qualité et conformité des produits reçus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Collaboration avec le chef de cuisine et l'équipe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Gestion des stocks de denrées et commandes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Cuisine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Restauration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