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MAINTENANCE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Pornic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électriques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diagnostic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mécanique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GMAO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Formation en sécurité incendie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Identification des dysfonctionnements des équipements et systèmes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Intervention sur pannes mécaniques, électriques et électroniques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Maintenance préventive et corrective des machines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Documentation des interventions et travaux effectués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les équipes de production et de sécurité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Sensibilisation du personnel à l'utilisation des équipements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Maintenance des équipements industriels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Maintenance industrielle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