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LANCEMENT DE PRODUCTION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Givors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gestion de production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ISO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Techniques de maintenance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de données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projet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Élaboration du planning détaillé par ligne de production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conformité des produits aux normes de qualité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Formation des nouveaux employés aux équipements et procédures de sécurité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Analyse des performances de production (axes d'amélioration)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Supervision de l'approvisionnement en matières premières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les équipes maintenance et logistique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Métiers de l'industrie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Métiers de l'audiovisuel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