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FABRICATION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La Valette-du-Var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Lecture de plans et schémas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logiciels de gestion de production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de qualité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mesure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maintenance préventive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conformité des produits aux normes de qualité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Conduite d'équipements de production (presses, robots, lignes d'assemblage)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Réglage des paramètres machines pour optimiser la production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Interventions simples de maintenance des équipements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de fiches de production et rapports qualité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opérateurs et superviseurs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Opérateur de production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l'industrie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