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D'ÉTUDES DU TRAVAIL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Chelles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Statistiques avancées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 de traitement de données (SPSS, R)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Rédaction technique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Connaissances en droit du travail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 projet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Conception et mise en œuvre d'enquêtes auprès des salariés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Interprétation des données et formulation de conclusions pertinentes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Rédaction de rapports d'analyse clairs et détaillés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Proposition de solutions pour optimiser l'organisation du travail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chercheurs et institutions sur des études approfondies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Animation de formations sur les enjeux des conditions de travail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Conception des processus de réalisation de produits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licence professionnelle en ergonomie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