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mari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D'ENTRETIEN POLYVALENT DE RÉSEAUX E D F-G D F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Pierrelatte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matériel de nettoyage professionnel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normes de sécurité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Capacité à lire des plans et schémas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Compétences en maintenance préventive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logiciels de gestion des interventions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Nettoyage des installations électriques et équipements associés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Inspection régulière des réseaux (anomalies)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Réparations simples sur équipements défectueux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Application des règles de sécurité sur le terrain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Tenue d'un registre des actions et problèmes rencontrés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Transmission des connaissances aux nouveaux agents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Métiers de l'électricité et de ses environnements connectés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CAP Agent de propreté et d'hygiène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