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DE CUISINE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Saint-Malo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Hygiène alimentaire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cuisson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stocks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d'outils de cuisine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Connaissances en nutrition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Préparation des aliments (découpe, épluchage, cuisson)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Respect de l'hygiène et des normes sanitaires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le chef de cuisine et l'équipe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stocks de denrées et de leur conservation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Nettoyage des espaces de travail après service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Participation à l'élaboration des menus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Cuisine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Cuisine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