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jau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BÂTIMENT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Cavaillon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d'outils électroportatifs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de sécurité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Lecture de plans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Compétences en plomberie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systèmes électriques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Correction des pannes et dysfonctionnements des installations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Maintenance préventive des équipements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Vérification régulière de l'état des infrastructures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Participation à l'installation de nouveaux équipements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Rédaction de rapports d'intervention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Coordination avec les autres professionnels du bâtiment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maintenance des bâtiments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technicien en maintenance de bâtiment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