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marin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AGENT ADMINISTRATIF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Meaux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Maîtrise de logiciels bureautiques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des procédures administratives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de base de données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Rédaction professionnelle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Compétences en comptabilité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Organisation et archivage des fichiers de l'entreprise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Transmission des informations entre les différents services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Rédaction et mise en forme des documents officiels, rapports et notes de service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16354E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Organisation des rendez-vous et gestion de la disponibilité des ressources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Gestion des dépenses et préparation des budgets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Soutien administratif aux collaborateurs et équipes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Gestion-Administration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Assistant de gestion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16354E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