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marin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ADMINISTRATEUR RÉSEAUX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Grenoble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CCNA (Cisco Certified Network Associate)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Gestion de pare-feu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Protocoles de routage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Administration Linux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Outils de surveillance réseau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Paramétrage des équipements réseau (routeurs, commutateurs)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Contrôle de l'état des réseaux et détection d'anomalies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Mise en place de mesures de sécurité pour les données et systèmes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Planification et exécution de sauvegardes régulières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Diagnostic et résolution rapide des problèmes techniques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Documentation des configurations et interventions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BTS SIO (2019)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DUT Réseaux et Télécommunications (2017)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