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ACCOUNT MANAGER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Le Pontet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CRM (Customer Relationship Management)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Analyse de données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Négociation commerciale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Connaissance du secteur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Développement de relations de confiance avec les clients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Identification et prospection de nouveaux clients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d'offres adaptées aux besoins clients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de l'avancement des projets (conformité aux attentes)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Collaboration avec production, marketing et technique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Veille sur les tendances du marché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Licence professionnelle Métiers du marketing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Master en management commercial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