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jau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ACCASTILLEUR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Saint-Nazaire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matériaux nautiques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outils de montage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Capacité à lire des plans techniques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vente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de sécurité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Conseil aux clients sur les équipements nautiques adaptés à leurs besoins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Pose des équipements sur les embarcations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Maintenance des systèmes et accessoires installés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Gestion des stocks et approvisionnement des pièces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Formation des utilisateurs à l'utilisation des équipements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Présentation des produits en magasin et lors de salons nautiques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Métiers de la mer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Réparation des embarcations de plaisance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